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Bluebell Care at Home: Job Application Form</w:t>
      </w:r>
    </w:p>
    <w:p>
      <w:pPr>
        <w:spacing w:before="160" w:after="80"/>
      </w:pPr>
      <w:r>
        <w:rPr>
          <w:b/>
          <w:sz w:val="26"/>
        </w:rPr>
        <w:t>Section 1: About You</w:t>
      </w:r>
    </w:p>
    <w:p>
      <w:r>
        <w:t>Basic details about you</w:t>
      </w:r>
    </w:p>
    <w:p>
      <w:pPr>
        <w:spacing w:after="40"/>
      </w:pPr>
      <w:r>
        <w:rPr>
          <w:b/>
        </w:rPr>
        <w:t>Name *</w:t>
      </w:r>
    </w:p>
    <w:p>
      <w:r>
        <w:t>First</w:t>
      </w:r>
    </w:p>
    <w:tbl>
      <w:tblPr>
        <w:tblW w:type="auto" w:w="0"/>
        <w:jc w:val="left"/>
        <w:tblLayout w:type="fixed"/>
        <w:tblLook w:firstColumn="1" w:firstRow="1" w:lastColumn="0" w:lastRow="0" w:noHBand="0" w:noVBand="1" w:val="04A0"/>
      </w:tblPr>
      <w:tblGrid>
        <w:gridCol w:w="9648"/>
      </w:tblGrid>
      <w:tr>
        <w:tc>
          <w:tcPr>
            <w:tcW w:type="dxa" w:w="10224"/>
            <w:vAlign w:val="center"/>
            <w:tcBorders>
              <w:top w:val="nil"/>
              <w:left w:val="nil"/>
              <w:right w:val="nil"/>
              <w:bottom w:val="single" w:sz="6"/>
            </w:tcBorders>
          </w:tcPr>
          <w:p/>
        </w:tc>
      </w:tr>
    </w:tbl>
    <w:p>
      <w:pPr>
        <w:spacing w:after="20"/>
      </w:pPr>
    </w:p>
    <w:p>
      <w:r>
        <w:t>Last</w:t>
      </w:r>
    </w:p>
    <w:tbl>
      <w:tblPr>
        <w:tblW w:type="auto" w:w="0"/>
        <w:jc w:val="left"/>
        <w:tblLayout w:type="fixed"/>
        <w:tblLook w:firstColumn="1" w:firstRow="1" w:lastColumn="0" w:lastRow="0" w:noHBand="0" w:noVBand="1" w:val="04A0"/>
      </w:tblPr>
      <w:tblGrid>
        <w:gridCol w:w="9648"/>
      </w:tblGrid>
      <w:tr>
        <w:tc>
          <w:tcPr>
            <w:tcW w:type="dxa" w:w="10224"/>
            <w:vAlign w:val="center"/>
            <w:tcBorders>
              <w:top w:val="nil"/>
              <w:left w:val="nil"/>
              <w:right w:val="nil"/>
              <w:bottom w:val="single" w:sz="6"/>
            </w:tcBorders>
          </w:tcPr>
          <w:p/>
        </w:tc>
      </w:tr>
    </w:tbl>
    <w:p>
      <w:pPr>
        <w:spacing w:after="20"/>
      </w:pPr>
    </w:p>
    <w:p>
      <w:pPr>
        <w:spacing w:after="40"/>
      </w:pPr>
      <w:r>
        <w:rPr>
          <w:b/>
        </w:rPr>
        <w:t>Address *</w:t>
      </w:r>
    </w:p>
    <w:p>
      <w:r>
        <w:t>Address Line 1</w:t>
      </w:r>
    </w:p>
    <w:tbl>
      <w:tblPr>
        <w:tblW w:type="auto" w:w="0"/>
        <w:jc w:val="left"/>
        <w:tblLayout w:type="fixed"/>
        <w:tblLook w:firstColumn="1" w:firstRow="1" w:lastColumn="0" w:lastRow="0" w:noHBand="0" w:noVBand="1" w:val="04A0"/>
      </w:tblPr>
      <w:tblGrid>
        <w:gridCol w:w="9648"/>
      </w:tblGrid>
      <w:tr>
        <w:tc>
          <w:tcPr>
            <w:tcW w:type="dxa" w:w="10224"/>
            <w:vAlign w:val="center"/>
            <w:tcBorders>
              <w:top w:val="nil"/>
              <w:left w:val="nil"/>
              <w:right w:val="nil"/>
              <w:bottom w:val="single" w:sz="6"/>
            </w:tcBorders>
          </w:tcPr>
          <w:p/>
        </w:tc>
      </w:tr>
    </w:tbl>
    <w:p>
      <w:pPr>
        <w:spacing w:after="20"/>
      </w:pPr>
    </w:p>
    <w:p>
      <w:r>
        <w:t>Address Line 2</w:t>
      </w:r>
    </w:p>
    <w:tbl>
      <w:tblPr>
        <w:tblW w:type="auto" w:w="0"/>
        <w:jc w:val="left"/>
        <w:tblLayout w:type="fixed"/>
        <w:tblLook w:firstColumn="1" w:firstRow="1" w:lastColumn="0" w:lastRow="0" w:noHBand="0" w:noVBand="1" w:val="04A0"/>
      </w:tblPr>
      <w:tblGrid>
        <w:gridCol w:w="9648"/>
      </w:tblGrid>
      <w:tr>
        <w:tc>
          <w:tcPr>
            <w:tcW w:type="dxa" w:w="10224"/>
            <w:vAlign w:val="center"/>
            <w:tcBorders>
              <w:top w:val="nil"/>
              <w:left w:val="nil"/>
              <w:right w:val="nil"/>
              <w:bottom w:val="single" w:sz="6"/>
            </w:tcBorders>
          </w:tcPr>
          <w:p/>
        </w:tc>
      </w:tr>
    </w:tbl>
    <w:p>
      <w:pPr>
        <w:spacing w:after="20"/>
      </w:pPr>
    </w:p>
    <w:p>
      <w:r>
        <w:t>City</w:t>
      </w:r>
    </w:p>
    <w:tbl>
      <w:tblPr>
        <w:tblW w:type="auto" w:w="0"/>
        <w:jc w:val="left"/>
        <w:tblLayout w:type="fixed"/>
        <w:tblLook w:firstColumn="1" w:firstRow="1" w:lastColumn="0" w:lastRow="0" w:noHBand="0" w:noVBand="1" w:val="04A0"/>
      </w:tblPr>
      <w:tblGrid>
        <w:gridCol w:w="9648"/>
      </w:tblGrid>
      <w:tr>
        <w:tc>
          <w:tcPr>
            <w:tcW w:type="dxa" w:w="10224"/>
            <w:vAlign w:val="center"/>
            <w:tcBorders>
              <w:top w:val="nil"/>
              <w:left w:val="nil"/>
              <w:right w:val="nil"/>
              <w:bottom w:val="single" w:sz="6"/>
            </w:tcBorders>
          </w:tcPr>
          <w:p/>
        </w:tc>
      </w:tr>
    </w:tbl>
    <w:p>
      <w:pPr>
        <w:spacing w:after="20"/>
      </w:pPr>
    </w:p>
    <w:p>
      <w:r>
        <w:t>State / Province / Region</w:t>
      </w:r>
    </w:p>
    <w:tbl>
      <w:tblPr>
        <w:tblW w:type="auto" w:w="0"/>
        <w:jc w:val="left"/>
        <w:tblLayout w:type="fixed"/>
        <w:tblLook w:firstColumn="1" w:firstRow="1" w:lastColumn="0" w:lastRow="0" w:noHBand="0" w:noVBand="1" w:val="04A0"/>
      </w:tblPr>
      <w:tblGrid>
        <w:gridCol w:w="9648"/>
      </w:tblGrid>
      <w:tr>
        <w:tc>
          <w:tcPr>
            <w:tcW w:type="dxa" w:w="10224"/>
            <w:vAlign w:val="center"/>
            <w:tcBorders>
              <w:top w:val="nil"/>
              <w:left w:val="nil"/>
              <w:right w:val="nil"/>
              <w:bottom w:val="single" w:sz="6"/>
            </w:tcBorders>
          </w:tcPr>
          <w:p/>
        </w:tc>
      </w:tr>
    </w:tbl>
    <w:p>
      <w:pPr>
        <w:spacing w:after="20"/>
      </w:pPr>
    </w:p>
    <w:p>
      <w:r>
        <w:t>Postal Code</w:t>
      </w:r>
    </w:p>
    <w:tbl>
      <w:tblPr>
        <w:tblW w:type="auto" w:w="0"/>
        <w:jc w:val="left"/>
        <w:tblLayout w:type="fixed"/>
        <w:tblLook w:firstColumn="1" w:firstRow="1" w:lastColumn="0" w:lastRow="0" w:noHBand="0" w:noVBand="1" w:val="04A0"/>
      </w:tblPr>
      <w:tblGrid>
        <w:gridCol w:w="9648"/>
      </w:tblGrid>
      <w:tr>
        <w:tc>
          <w:tcPr>
            <w:tcW w:type="dxa" w:w="10224"/>
            <w:vAlign w:val="center"/>
            <w:tcBorders>
              <w:top w:val="nil"/>
              <w:left w:val="nil"/>
              <w:right w:val="nil"/>
              <w:bottom w:val="single" w:sz="6"/>
            </w:tcBorders>
          </w:tcPr>
          <w:p/>
        </w:tc>
      </w:tr>
    </w:tbl>
    <w:p>
      <w:pPr>
        <w:spacing w:after="20"/>
      </w:pPr>
    </w:p>
    <w:p>
      <w:pPr>
        <w:spacing w:after="40"/>
      </w:pPr>
      <w:r>
        <w:rPr>
          <w:b/>
        </w:rPr>
        <w:t>Phone *</w:t>
      </w:r>
    </w:p>
    <w:tbl>
      <w:tblPr>
        <w:tblW w:type="auto" w:w="0"/>
        <w:jc w:val="left"/>
        <w:tblLayout w:type="fixed"/>
        <w:tblLook w:firstColumn="1" w:firstRow="1" w:lastColumn="0" w:lastRow="0" w:noHBand="0" w:noVBand="1" w:val="04A0"/>
      </w:tblPr>
      <w:tblGrid>
        <w:gridCol w:w="9648"/>
      </w:tblGrid>
      <w:tr>
        <w:tc>
          <w:tcPr>
            <w:tcW w:type="dxa" w:w="10224"/>
            <w:vAlign w:val="center"/>
            <w:tcBorders>
              <w:top w:val="nil"/>
              <w:left w:val="nil"/>
              <w:right w:val="nil"/>
              <w:bottom w:val="single" w:sz="6"/>
            </w:tcBorders>
          </w:tcPr>
          <w:p/>
        </w:tc>
      </w:tr>
    </w:tbl>
    <w:p>
      <w:pPr>
        <w:spacing w:after="20"/>
      </w:pPr>
    </w:p>
    <w:p>
      <w:pPr>
        <w:spacing w:after="40"/>
      </w:pPr>
      <w:r>
        <w:rPr>
          <w:b/>
        </w:rPr>
        <w:t>Email *</w:t>
      </w:r>
    </w:p>
    <w:tbl>
      <w:tblPr>
        <w:tblW w:type="auto" w:w="0"/>
        <w:jc w:val="left"/>
        <w:tblLayout w:type="fixed"/>
        <w:tblLook w:firstColumn="1" w:firstRow="1" w:lastColumn="0" w:lastRow="0" w:noHBand="0" w:noVBand="1" w:val="04A0"/>
      </w:tblPr>
      <w:tblGrid>
        <w:gridCol w:w="9648"/>
      </w:tblGrid>
      <w:tr>
        <w:tc>
          <w:tcPr>
            <w:tcW w:type="dxa" w:w="10224"/>
            <w:vAlign w:val="center"/>
            <w:tcBorders>
              <w:top w:val="nil"/>
              <w:left w:val="nil"/>
              <w:right w:val="nil"/>
              <w:bottom w:val="single" w:sz="6"/>
            </w:tcBorders>
          </w:tcPr>
          <w:p/>
        </w:tc>
      </w:tr>
    </w:tbl>
    <w:p>
      <w:pPr>
        <w:spacing w:after="20"/>
      </w:pPr>
    </w:p>
    <w:p>
      <w:pPr>
        <w:spacing w:after="40"/>
      </w:pPr>
      <w:r>
        <w:rPr>
          <w:b/>
        </w:rPr>
        <w:t>Do you have a current UK/EU driver's license? *</w:t>
      </w:r>
    </w:p>
    <w:p>
      <w:pPr>
        <w:spacing w:after="20"/>
        <w:ind w:left="216"/>
      </w:pPr>
      <w:r>
        <w:rPr>
          <w:sz w:val="24"/>
        </w:rPr>
        <w:t xml:space="preserve">☐ </w:t>
      </w:r>
      <w:r>
        <w:t>Yes</w:t>
      </w:r>
    </w:p>
    <w:p>
      <w:pPr>
        <w:spacing w:after="20"/>
        <w:ind w:left="216"/>
      </w:pPr>
      <w:r>
        <w:rPr>
          <w:sz w:val="24"/>
        </w:rPr>
        <w:t xml:space="preserve">☐ </w:t>
      </w:r>
      <w:r>
        <w:t>No</w:t>
      </w:r>
    </w:p>
    <w:p>
      <w:pPr>
        <w:spacing w:after="40"/>
      </w:pPr>
      <w:r>
        <w:rPr>
          <w:b/>
        </w:rPr>
        <w:t>Do you have a transferable disclosure and barring service certificate? *</w:t>
      </w:r>
    </w:p>
    <w:p>
      <w:pPr>
        <w:spacing w:after="20"/>
        <w:ind w:left="216"/>
      </w:pPr>
      <w:r>
        <w:rPr>
          <w:sz w:val="24"/>
        </w:rPr>
        <w:t xml:space="preserve">☐ </w:t>
      </w:r>
      <w:r>
        <w:t>Yes</w:t>
      </w:r>
    </w:p>
    <w:p>
      <w:pPr>
        <w:spacing w:after="20"/>
        <w:ind w:left="216"/>
      </w:pPr>
      <w:r>
        <w:rPr>
          <w:sz w:val="24"/>
        </w:rPr>
        <w:t xml:space="preserve">☐ </w:t>
      </w:r>
      <w:r>
        <w:t>No</w:t>
      </w:r>
    </w:p>
    <w:p>
      <w:pPr>
        <w:spacing w:before="160" w:after="80"/>
      </w:pPr>
      <w:r>
        <w:rPr>
          <w:b/>
          <w:sz w:val="26"/>
        </w:rPr>
        <w:t>Section 2: About The Position You're Applying For</w:t>
      </w:r>
    </w:p>
    <w:p>
      <w:r>
        <w:t>Please explain the type of employment you're looking for</w:t>
      </w:r>
    </w:p>
    <w:p>
      <w:pPr>
        <w:spacing w:after="40"/>
      </w:pPr>
      <w:r>
        <w:rPr>
          <w:b/>
        </w:rPr>
        <w:t>Employment type *</w:t>
      </w:r>
    </w:p>
    <w:p>
      <w:pPr>
        <w:spacing w:after="20"/>
        <w:ind w:left="216"/>
      </w:pPr>
      <w:r>
        <w:rPr>
          <w:sz w:val="24"/>
        </w:rPr>
        <w:t xml:space="preserve">☐ </w:t>
      </w:r>
      <w:r>
        <w:t>Full Time</w:t>
      </w:r>
    </w:p>
    <w:p>
      <w:pPr>
        <w:spacing w:after="20"/>
        <w:ind w:left="216"/>
      </w:pPr>
      <w:r>
        <w:rPr>
          <w:sz w:val="24"/>
        </w:rPr>
        <w:t xml:space="preserve">☐ </w:t>
      </w:r>
      <w:r>
        <w:t>Part Time</w:t>
      </w:r>
    </w:p>
    <w:p>
      <w:pPr>
        <w:spacing w:after="40"/>
      </w:pPr>
      <w:r>
        <w:rPr>
          <w:b/>
        </w:rPr>
        <w:t>Date Available to Start *</w:t>
      </w:r>
    </w:p>
    <w:tbl>
      <w:tblPr>
        <w:tblW w:type="auto" w:w="0"/>
        <w:jc w:val="left"/>
        <w:tblLayout w:type="fixed"/>
        <w:tblLook w:firstColumn="1" w:firstRow="1" w:lastColumn="0" w:lastRow="0" w:noHBand="0" w:noVBand="1" w:val="04A0"/>
      </w:tblPr>
      <w:tblGrid>
        <w:gridCol w:w="9648"/>
      </w:tblGrid>
      <w:tr>
        <w:tc>
          <w:tcPr>
            <w:tcW w:type="dxa" w:w="10224"/>
            <w:vAlign w:val="center"/>
            <w:tcBorders>
              <w:top w:val="nil"/>
              <w:left w:val="nil"/>
              <w:right w:val="nil"/>
              <w:bottom w:val="single" w:sz="6"/>
            </w:tcBorders>
          </w:tcPr>
          <w:p/>
        </w:tc>
      </w:tr>
    </w:tbl>
    <w:p>
      <w:pPr>
        <w:spacing w:after="20"/>
      </w:pPr>
    </w:p>
    <w:p>
      <w:pPr>
        <w:spacing w:before="160" w:after="80"/>
      </w:pPr>
      <w:r>
        <w:rPr>
          <w:b/>
          <w:sz w:val="26"/>
        </w:rPr>
        <w:t>Section 3: Availability</w:t>
      </w:r>
    </w:p>
    <w:p>
      <w:r>
        <w:t>When in a typical week are you available to work?</w:t>
      </w:r>
    </w:p>
    <w:p>
      <w:pPr>
        <w:spacing w:after="40"/>
      </w:pPr>
      <w:r>
        <w:rPr>
          <w:b/>
        </w:rPr>
        <w:t>Monday</w:t>
      </w:r>
    </w:p>
    <w:p>
      <w:pPr>
        <w:spacing w:after="20"/>
        <w:ind w:left="216"/>
      </w:pPr>
      <w:r>
        <w:rPr>
          <w:sz w:val="24"/>
        </w:rPr>
        <w:t xml:space="preserve">☐ </w:t>
      </w:r>
      <w:r>
        <w:t>Morning (8am - 2.30pm)</w:t>
      </w:r>
    </w:p>
    <w:p>
      <w:pPr>
        <w:spacing w:after="20"/>
        <w:ind w:left="216"/>
      </w:pPr>
      <w:r>
        <w:rPr>
          <w:sz w:val="24"/>
        </w:rPr>
        <w:t xml:space="preserve">☐ </w:t>
      </w:r>
      <w:r>
        <w:t>Evening (4pm - 10pm)</w:t>
      </w:r>
    </w:p>
    <w:p>
      <w:pPr>
        <w:spacing w:after="40"/>
      </w:pPr>
      <w:r>
        <w:rPr>
          <w:b/>
        </w:rPr>
        <w:t>Tuesday</w:t>
      </w:r>
    </w:p>
    <w:p>
      <w:pPr>
        <w:spacing w:after="20"/>
        <w:ind w:left="216"/>
      </w:pPr>
      <w:r>
        <w:rPr>
          <w:sz w:val="24"/>
        </w:rPr>
        <w:t xml:space="preserve">☐ </w:t>
      </w:r>
      <w:r>
        <w:t>Morning (8am - 2.30pm)</w:t>
      </w:r>
    </w:p>
    <w:p>
      <w:pPr>
        <w:spacing w:after="20"/>
        <w:ind w:left="216"/>
      </w:pPr>
      <w:r>
        <w:rPr>
          <w:sz w:val="24"/>
        </w:rPr>
        <w:t xml:space="preserve">☐ </w:t>
      </w:r>
      <w:r>
        <w:t>Evening (4pm - 10pm)</w:t>
      </w:r>
    </w:p>
    <w:p>
      <w:pPr>
        <w:spacing w:after="40"/>
      </w:pPr>
      <w:r>
        <w:rPr>
          <w:b/>
        </w:rPr>
        <w:t>Wednesday</w:t>
      </w:r>
    </w:p>
    <w:p>
      <w:pPr>
        <w:spacing w:after="20"/>
        <w:ind w:left="216"/>
      </w:pPr>
      <w:r>
        <w:rPr>
          <w:sz w:val="24"/>
        </w:rPr>
        <w:t xml:space="preserve">☐ </w:t>
      </w:r>
      <w:r>
        <w:t>Morning (8am - 2.30pm)</w:t>
      </w:r>
    </w:p>
    <w:p>
      <w:pPr>
        <w:spacing w:after="20"/>
        <w:ind w:left="216"/>
      </w:pPr>
      <w:r>
        <w:rPr>
          <w:sz w:val="24"/>
        </w:rPr>
        <w:t xml:space="preserve">☐ </w:t>
      </w:r>
      <w:r>
        <w:t>Evening (4pm - 10pm)</w:t>
      </w:r>
    </w:p>
    <w:p>
      <w:pPr>
        <w:spacing w:after="40"/>
      </w:pPr>
      <w:r>
        <w:rPr>
          <w:b/>
        </w:rPr>
        <w:t>Thursday</w:t>
      </w:r>
    </w:p>
    <w:p>
      <w:pPr>
        <w:spacing w:after="20"/>
        <w:ind w:left="216"/>
      </w:pPr>
      <w:r>
        <w:rPr>
          <w:sz w:val="24"/>
        </w:rPr>
        <w:t xml:space="preserve">☐ </w:t>
      </w:r>
      <w:r>
        <w:t>Morning (8am - 2.30pm)</w:t>
      </w:r>
    </w:p>
    <w:p>
      <w:pPr>
        <w:spacing w:after="20"/>
        <w:ind w:left="216"/>
      </w:pPr>
      <w:r>
        <w:rPr>
          <w:sz w:val="24"/>
        </w:rPr>
        <w:t xml:space="preserve">☐ </w:t>
      </w:r>
      <w:r>
        <w:t>Evening (4pm - 10pm)</w:t>
      </w:r>
    </w:p>
    <w:p>
      <w:pPr>
        <w:spacing w:after="40"/>
      </w:pPr>
      <w:r>
        <w:rPr>
          <w:b/>
        </w:rPr>
        <w:t>Friday</w:t>
      </w:r>
    </w:p>
    <w:p>
      <w:pPr>
        <w:spacing w:after="20"/>
        <w:ind w:left="216"/>
      </w:pPr>
      <w:r>
        <w:rPr>
          <w:sz w:val="24"/>
        </w:rPr>
        <w:t xml:space="preserve">☐ </w:t>
      </w:r>
      <w:r>
        <w:t>Morning (8am - 2.30pm)</w:t>
      </w:r>
    </w:p>
    <w:p>
      <w:pPr>
        <w:spacing w:after="20"/>
        <w:ind w:left="216"/>
      </w:pPr>
      <w:r>
        <w:rPr>
          <w:sz w:val="24"/>
        </w:rPr>
        <w:t xml:space="preserve">☐ </w:t>
      </w:r>
      <w:r>
        <w:t>Evening (4pm - 10pm)</w:t>
      </w:r>
    </w:p>
    <w:p>
      <w:pPr>
        <w:spacing w:after="40"/>
      </w:pPr>
      <w:r>
        <w:rPr>
          <w:b/>
        </w:rPr>
        <w:t>Saturday</w:t>
      </w:r>
    </w:p>
    <w:p>
      <w:pPr>
        <w:spacing w:after="20"/>
        <w:ind w:left="216"/>
      </w:pPr>
      <w:r>
        <w:rPr>
          <w:sz w:val="24"/>
        </w:rPr>
        <w:t xml:space="preserve">☐ </w:t>
      </w:r>
      <w:r>
        <w:t>Morning (8am - 2.30pm)</w:t>
      </w:r>
    </w:p>
    <w:p>
      <w:pPr>
        <w:spacing w:after="20"/>
        <w:ind w:left="216"/>
      </w:pPr>
      <w:r>
        <w:rPr>
          <w:sz w:val="24"/>
        </w:rPr>
        <w:t xml:space="preserve">☐ </w:t>
      </w:r>
      <w:r>
        <w:t>Evening (4pm - 10pm)</w:t>
      </w:r>
    </w:p>
    <w:p>
      <w:pPr>
        <w:spacing w:after="40"/>
      </w:pPr>
      <w:r>
        <w:rPr>
          <w:b/>
        </w:rPr>
        <w:t>Sunday</w:t>
      </w:r>
    </w:p>
    <w:p>
      <w:pPr>
        <w:spacing w:after="20"/>
        <w:ind w:left="216"/>
      </w:pPr>
      <w:r>
        <w:rPr>
          <w:sz w:val="24"/>
        </w:rPr>
        <w:t xml:space="preserve">☐ </w:t>
      </w:r>
      <w:r>
        <w:t>Morning (8am - 2.30pm)</w:t>
      </w:r>
    </w:p>
    <w:p>
      <w:pPr>
        <w:spacing w:after="20"/>
        <w:ind w:left="216"/>
      </w:pPr>
      <w:r>
        <w:rPr>
          <w:sz w:val="24"/>
        </w:rPr>
        <w:t xml:space="preserve">☐ </w:t>
      </w:r>
      <w:r>
        <w:t>Evening (4pm - 10pm)</w:t>
      </w:r>
    </w:p>
    <w:p>
      <w:pPr>
        <w:spacing w:before="160" w:after="80"/>
      </w:pPr>
      <w:r>
        <w:rPr>
          <w:b/>
          <w:sz w:val="26"/>
        </w:rPr>
        <w:t>Section 4: Your Experience</w:t>
      </w:r>
    </w:p>
    <w:p>
      <w:r>
        <w:t>If you have experience from the care sector or you have personal experience of caring privately we'd appreciate if you could provide a short summary below. This is by no means mandatory but it helps us to get to know a little about you.</w:t>
      </w:r>
    </w:p>
    <w:p>
      <w:pPr>
        <w:spacing w:after="40"/>
      </w:pPr>
      <w:r>
        <w:rPr>
          <w:b/>
        </w:rPr>
        <w:t>Knowledge &amp; Experience</w:t>
      </w:r>
    </w:p>
    <w:p>
      <w:r>
        <w:t>Give a brief description of any care experiences that you may have which would help you in a care role with Bluebell Care at Home.</w:t>
      </w:r>
    </w:p>
    <w:tbl>
      <w:tblPr>
        <w:tblW w:type="auto" w:w="0"/>
        <w:jc w:val="left"/>
        <w:tblLayout w:type="fixed"/>
        <w:tblLook w:firstColumn="1" w:firstRow="1" w:lastColumn="0" w:lastRow="0" w:noHBand="0" w:noVBand="1" w:val="04A0"/>
      </w:tblPr>
      <w:tblGrid>
        <w:gridCol w:w="9648"/>
      </w:tblGrid>
      <w:tr>
        <w:tc>
          <w:tcPr>
            <w:tcW w:type="dxa" w:w="10224"/>
            <w:vAlign w:val="top"/>
          </w:tcPr>
          <w:p>
            <w:r/>
          </w:p>
        </w:tc>
      </w:tr>
    </w:tbl>
    <w:p>
      <w:pPr>
        <w:spacing w:before="160" w:after="80"/>
      </w:pPr>
      <w:r>
        <w:rPr>
          <w:b/>
          <w:sz w:val="26"/>
        </w:rPr>
        <w:t>Section 5: GDPR &amp; Form Submission</w:t>
      </w:r>
    </w:p>
    <w:p>
      <w:r>
        <w:t>To comply with EU regulation on data protection you must check the box below before submitting the form to confirm that we may use your information in order to process your application.</w:t>
      </w:r>
    </w:p>
    <w:p>
      <w:pPr>
        <w:spacing w:after="40"/>
      </w:pPr>
      <w:r>
        <w:rPr>
          <w:b/>
        </w:rPr>
        <w:t>GDPR Agreement *</w:t>
      </w:r>
    </w:p>
    <w:p>
      <w:pPr>
        <w:spacing w:after="20"/>
        <w:ind w:left="216"/>
      </w:pPr>
      <w:r>
        <w:rPr>
          <w:sz w:val="24"/>
        </w:rPr>
        <w:t xml:space="preserve">☐ </w:t>
      </w:r>
      <w:r>
        <w:t>I consent to having this website store my submitted information so they can respond to my inquiry.</w:t>
      </w:r>
    </w:p>
    <w:sectPr w:rsidR="00FC693F" w:rsidRPr="0006063C" w:rsidSect="00034616">
      <w:footerReference w:type="default" r:id="rId9"/>
      <w:pgSz w:w="12240" w:h="15840"/>
      <w:pgMar w:top="864" w:right="1008" w:bottom="864"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sz w:val="16"/>
      </w:rPr>
      <w:t>Bluebell Care at Home – Job Application Form</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